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מילות קישור - סיבה, תוצאה, ניגוד, ויתור, הוספה ותכלית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 על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למרות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בין מילת הקישור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מראה מה קרה בעקבות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 מביעה סיבה,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למרות ש- מראה שקורה משהו אף על פי שיש מכשול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כדי מביעה תכלית, כלומר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בנוסף מוסיפה מידע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 עם מילות הקישור המתאימות לכל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 - קורה משהו למרות מכשול (למשל: אף על פי שירד גשם, יצאנו). תכלית - המטרה של פעולה (למשל: למדתי כדי להצליח)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לכן, לפיכך, משום כך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מראה הבדל (אבל), הוספה מוסיפה מידע (גם, בנוסף)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ויתור כמו 'אף על פי כן' או 'למרות זאת', כי יש מכשול אבל הפעולה ממשיכה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הדוגמאות מהכרטיסים ולתרגל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ותלמידות להצביע על הסיבה לבחירת מילת הקישור, לא רק לבחור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לתלמידים חדשים בשפה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הן מילים שמחברות בין שני משפטים ומראות איזה קשר יש ביניהם - למשל סיבה, תוצאה או ניגוד. בדף זה נתרגל זיהוי ושימוש נכון במילות קישור.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הדירה גדולה ומוארת; ___, היא קרובה 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על פי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 על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ירד גשם חזק, ___ לא יצאנו מהבית.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הוא היה עייף מאוד, ___ הוא המשיך לעבוד.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היא אוהבת לקרוא, ___ היא אוהבת גם לכתוב.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למדתי כל הלילה ___ להצליח במבחן.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דני אוהב כדורסל, ___ אחיו אוהב כדורגל.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בין מילת הקישור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אף על פי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'לכן' מביעה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מביעה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'למרות ש-' מביעה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'כדי' מביעה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'בנוסף' מביעה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אכלתי ארוחה גדולה, __________ אני שבע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קטנה __________ חזקה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יצא לרוץ __________ ירד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קניתי לחם, __________ קניתי חלב.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משפט אחד עם מילת סיבה, משפט אחד עם מילת תוצאה ומשפט אחד עם מילת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מילת קישור שמביעה ויתור למילת קישור שמביעה תכלית, ותנו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של ניגוד למילת קישור של הוספה?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'הייתי עייף, ___ המשכתי לעבוד' - איזו מילה מתאימה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