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סוגים שונים של מילות קישור - סיבה, תוצאה, ניגוד, ויתור, הוספה ותכלית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חלקי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קישור בכתיבה ובדיבור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יתר על 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למרות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בין מילת הקישור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לכן מראה מה קרה בעקבות הסיבה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 מביעה סיבה, לא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למרות ש- מראה שקורה משהו אף על פי שיש מכשול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כדי מביעה תכלית, כלומר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בנוסף מוסיפה מידע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 עם מילות הקישור המתאימות לכל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ויתור - קורה משהו למרות מכשול (למשל: אף על פי שירד גשם, יצאנו). תכלית - המטרה של פעולה (למשל: למדתי כדי להצליח)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לכן, לפיכך, משום כך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 מראה הבדל (אבל), הוספה מוסיפה מידע (גם, בנוסף)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ויתור כמו 'אף על פי כן' או 'למרות זאת', כי יש מכשול אבל הפעולה ממשיכה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הדוגמאות מהכרטיסים ולתרגל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ותלמידות להצביע על הסיבה לבחירת מילת הקישור, לא רק לבחור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לתלמידים חדשים בשפה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שמחברות בין שני חלקים של משפט. כל מילה מראה קשר אחר - למה קרה משהו, מה קרה אחרי, או הבדל בין שני דברים.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שני משפטים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 משהו 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קרה בסוף, בגלל הסיבה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 בין שני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למרות שיש בעיה, קורה משהו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הוספה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מידע נוסף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המטרה, בשביל מה עושים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שמוסיפה מידע חיובי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על פי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 על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שמראה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המילה שמראה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שמוסיפה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המילה שמראה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את המילה שמראה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בין מילת הקישור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אף על פי ש-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ניגוד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'לכן' מביעה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'כי' מביעה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'למרות ש-' מביעה ויתור.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'כדי' מביעה הוספה.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'בנוסף' מביעה הוספה.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לא הלכתי לבית הספר __________ הייתי חולה.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אכלתי ארוחה גדולה, __________ אני שבע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קטנה __________ חזקה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יצא לרוץ __________ ירד 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קניתי לחם, __________ קניתי חלב.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משפט אחד עם מילת סיבה, משפט אחד עם מילת תוצאה ומשפט אחד עם מילת ניגוד.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מילת קישור שמביעה ויתור למילת קישור שמביעה תכלית, ותנו דוגמה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שמביעה תוצאה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מילת קישור של ניגוד למילת קישור של הוספה?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'הייתי עייף, ___ המשכתי לעבוד' - איזו מילה מתאימה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