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סוגים שונים של מילות קישור - סיבה, תוצאה, ניגוד, ויתור, הוספה ותכלית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 הקשר בין שני חלקי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במילות קישור בכתיבה ובדיבור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מילת הקישור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יתר על 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בין מילת הקישור לסוג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(ויתור)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לכן מראה מה קרה בעקבות הסיבה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למרות ש- מראה שקורה משהו אף על פי שיש מכשול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מילת הקישור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תקינים עם מילות הקישור המתאימות לכל סוג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לכן, לפיכך, משום כך או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ניגוד מראה הבדל (אבל), הוספה מוסיפה מידע (גם, בנוסף)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ויתור כמו 'אף על פי כן' או 'למרות זאת', כי יש מכשול אבל הפעולה ממשיכה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בקריאת הדוגמאות מהכרטיסים ולתרגל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ותלמידות להצביע על הסיבה לבחירת מילת הקישור, לא רק לבחור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עבודה בזוגות לתלמידים חדשים בשפה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מילות קישור הן מילים שמחברות בין שני משפטים ומראות איזה קשר יש ביניהם - למשל סיבה, תוצאה או ניגוד. בדף זה נתרגל זיהוי ושימוש נכון במילות קישור.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לכן  ·  אבל  ·  כי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הדירה גדולה ומוארת; ___, היא קרובה לים.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אף על פי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לעומת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יתר על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ירד גשם חזק, ___ לא יצאנו מהבית.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התאימו בין מילת הקישור לסוג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ויתור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אף על פי ש-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'לכן' מביעה 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'למרות ש-' מביעה ויתור.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לא הלכתי לבית הספר __________ הייתי חולה.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אכלתי ארוחה גדולה, __________ אני שבע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היא קטנה __________ חזקה מאוד.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משפטים: משפט אחד עם מילת סיבה, משפט אחד עם מילת תוצאה ומשפט אחד עם מילת ניגוד.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קישור שמביעה תוצאה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מילת קישור של ניגוד למילת קישור של הוספה?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